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3168"/>
        <w:gridCol w:w="6336"/>
      </w:tblGrid>
      <w:tr w:rsidR="0085717D" w14:paraId="5EC7F91F" w14:textId="77777777">
        <w:trPr>
          <w:jc w:val="center"/>
        </w:trPr>
        <w:tc>
          <w:tcPr>
            <w:tcW w:w="3168" w:type="dxa"/>
            <w:tcMar>
              <w:top w:w="50" w:type="dxa"/>
              <w:left w:w="0" w:type="dxa"/>
              <w:bottom w:w="50" w:type="dxa"/>
              <w:right w:w="100" w:type="dxa"/>
            </w:tcMar>
          </w:tcPr>
          <w:p w14:paraId="76812FC2" w14:textId="77777777" w:rsidR="0085717D" w:rsidRDefault="00000000">
            <w:r>
              <w:rPr>
                <w:noProof/>
              </w:rPr>
              <w:drawing>
                <wp:inline distT="0" distB="0" distL="0" distR="0" wp14:anchorId="2AD500B1" wp14:editId="488862D6">
                  <wp:extent cx="1828800" cy="548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6"/>
                          <a:stretch>
                            <a:fillRect/>
                          </a:stretch>
                        </pic:blipFill>
                        <pic:spPr>
                          <a:xfrm>
                            <a:off x="0" y="0"/>
                            <a:ext cx="1828800" cy="548640"/>
                          </a:xfrm>
                          <a:prstGeom prst="rect">
                            <a:avLst/>
                          </a:prstGeom>
                        </pic:spPr>
                      </pic:pic>
                    </a:graphicData>
                  </a:graphic>
                </wp:inline>
              </w:drawing>
            </w:r>
          </w:p>
        </w:tc>
        <w:tc>
          <w:tcPr>
            <w:tcW w:w="6336" w:type="dxa"/>
            <w:tcMar>
              <w:top w:w="50" w:type="dxa"/>
              <w:left w:w="100" w:type="dxa"/>
              <w:bottom w:w="50" w:type="dxa"/>
              <w:right w:w="0" w:type="dxa"/>
            </w:tcMar>
          </w:tcPr>
          <w:p w14:paraId="5512162B" w14:textId="77777777" w:rsidR="0085717D" w:rsidRDefault="00000000">
            <w:pPr>
              <w:spacing w:before="200" w:after="80"/>
              <w:jc w:val="right"/>
            </w:pPr>
            <w:r>
              <w:rPr>
                <w:b/>
                <w:color w:val="1B365D"/>
                <w:sz w:val="26"/>
              </w:rPr>
              <w:t>PROTOKOLL &amp; DOKUMENTATIONSBOGEN</w:t>
            </w:r>
            <w:r>
              <w:rPr>
                <w:b/>
                <w:color w:val="1B365D"/>
                <w:sz w:val="26"/>
              </w:rPr>
              <w:br/>
            </w:r>
          </w:p>
          <w:p w14:paraId="31E950A8" w14:textId="77777777" w:rsidR="0085717D" w:rsidRDefault="00000000">
            <w:pPr>
              <w:spacing w:after="0"/>
              <w:jc w:val="right"/>
            </w:pPr>
            <w:r>
              <w:rPr>
                <w:b/>
                <w:color w:val="2F5496"/>
                <w:sz w:val="19"/>
              </w:rPr>
              <w:t>Grenzverletzungen, Fehlverhalten und Gewaltvorfälle in der Kita</w:t>
            </w:r>
          </w:p>
        </w:tc>
      </w:tr>
    </w:tbl>
    <w:p w14:paraId="38AD0E07" w14:textId="77777777" w:rsidR="0085717D" w:rsidRDefault="0085717D">
      <w:pPr>
        <w:spacing w:before="80" w:after="80"/>
      </w:pPr>
    </w:p>
    <w:tbl>
      <w:tblPr>
        <w:tblW w:w="0" w:type="auto"/>
        <w:jc w:val="center"/>
        <w:tblLayout w:type="fixed"/>
        <w:tblLook w:val="04A0" w:firstRow="1" w:lastRow="0" w:firstColumn="1" w:lastColumn="0" w:noHBand="0" w:noVBand="1"/>
      </w:tblPr>
      <w:tblGrid>
        <w:gridCol w:w="9605"/>
      </w:tblGrid>
      <w:tr w:rsidR="0085717D" w14:paraId="32688575" w14:textId="77777777">
        <w:trPr>
          <w:jc w:val="center"/>
        </w:trPr>
        <w:tc>
          <w:tcPr>
            <w:tcW w:w="9605" w:type="dxa"/>
            <w:tcBorders>
              <w:left w:val="single" w:sz="24" w:space="0" w:color="1B365D"/>
            </w:tcBorders>
            <w:shd w:val="clear" w:color="auto" w:fill="F2F4F7"/>
            <w:tcMar>
              <w:top w:w="120" w:type="dxa"/>
              <w:left w:w="150" w:type="dxa"/>
              <w:bottom w:w="120" w:type="dxa"/>
              <w:right w:w="150" w:type="dxa"/>
            </w:tcMar>
          </w:tcPr>
          <w:p w14:paraId="61FFEE5E" w14:textId="77777777" w:rsidR="0085717D" w:rsidRDefault="00000000">
            <w:pPr>
              <w:spacing w:after="80"/>
            </w:pPr>
            <w:r>
              <w:rPr>
                <w:b/>
                <w:color w:val="1B365D"/>
                <w:sz w:val="19"/>
              </w:rPr>
              <w:t>Wichtige Hinweise zur Rechtssicherheit:</w:t>
            </w:r>
            <w:r>
              <w:rPr>
                <w:b/>
                <w:color w:val="1B365D"/>
                <w:sz w:val="19"/>
              </w:rPr>
              <w:br/>
            </w:r>
            <w:r>
              <w:rPr>
                <w:i/>
                <w:color w:val="555555"/>
                <w:sz w:val="18"/>
              </w:rPr>
              <w:t>Fehlverhalten, Grenzüberschreitungen und Gewalt dürfen in Kitas nicht toleriert, verschwiegen oder bagatellisiert werden. Dieser Bogen dient der rechtssicheren Dokumentation sowie der pädagogischen Reflexion. Schildern Sie Vorfälle rein faktenbasiert, sachlich und chronologisch. Trennen Sie strikt zwischen objektiven Beobachtungen und subjektiven Wertungen. Erstellen Sie das Protokoll zeitnah, idealerweise am selben Tag.</w:t>
            </w:r>
          </w:p>
        </w:tc>
      </w:tr>
    </w:tbl>
    <w:p w14:paraId="6ED4B643" w14:textId="77777777" w:rsidR="0085717D" w:rsidRDefault="00000000">
      <w:pPr>
        <w:keepNext/>
        <w:spacing w:before="320" w:after="120"/>
      </w:pPr>
      <w:r>
        <w:rPr>
          <w:b/>
          <w:color w:val="1B365D"/>
          <w:sz w:val="26"/>
        </w:rPr>
        <w:t>I. Allgemeine Angaben (Stammdaten)</w:t>
      </w:r>
    </w:p>
    <w:tbl>
      <w:tblPr>
        <w:tblW w:w="0" w:type="auto"/>
        <w:jc w:val="center"/>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Layout w:type="fixed"/>
        <w:tblLook w:val="04A0" w:firstRow="1" w:lastRow="0" w:firstColumn="1" w:lastColumn="0" w:noHBand="0" w:noVBand="1"/>
      </w:tblPr>
      <w:tblGrid>
        <w:gridCol w:w="2448"/>
        <w:gridCol w:w="2347"/>
        <w:gridCol w:w="2448"/>
        <w:gridCol w:w="2362"/>
      </w:tblGrid>
      <w:tr w:rsidR="0085717D" w14:paraId="62F188EB" w14:textId="77777777">
        <w:trPr>
          <w:jc w:val="center"/>
        </w:trPr>
        <w:tc>
          <w:tcPr>
            <w:tcW w:w="2448" w:type="dxa"/>
            <w:shd w:val="clear" w:color="auto" w:fill="F8F9FA"/>
            <w:tcMar>
              <w:top w:w="100" w:type="dxa"/>
              <w:left w:w="120" w:type="dxa"/>
              <w:bottom w:w="100" w:type="dxa"/>
              <w:right w:w="120" w:type="dxa"/>
            </w:tcMar>
            <w:vAlign w:val="center"/>
          </w:tcPr>
          <w:p w14:paraId="71612398" w14:textId="77777777" w:rsidR="0085717D" w:rsidRDefault="00000000">
            <w:pPr>
              <w:spacing w:after="0"/>
              <w:jc w:val="right"/>
            </w:pPr>
            <w:r>
              <w:rPr>
                <w:b/>
                <w:sz w:val="18"/>
              </w:rPr>
              <w:t>Datum des Vorfalls:</w:t>
            </w:r>
          </w:p>
        </w:tc>
        <w:tc>
          <w:tcPr>
            <w:tcW w:w="2347" w:type="dxa"/>
            <w:tcMar>
              <w:top w:w="100" w:type="dxa"/>
              <w:left w:w="120" w:type="dxa"/>
              <w:bottom w:w="100" w:type="dxa"/>
              <w:right w:w="120" w:type="dxa"/>
            </w:tcMar>
            <w:vAlign w:val="center"/>
          </w:tcPr>
          <w:p w14:paraId="369F76C7" w14:textId="77777777" w:rsidR="0085717D" w:rsidRDefault="0085717D">
            <w:pPr>
              <w:spacing w:after="0"/>
            </w:pPr>
          </w:p>
        </w:tc>
        <w:tc>
          <w:tcPr>
            <w:tcW w:w="2448" w:type="dxa"/>
            <w:shd w:val="clear" w:color="auto" w:fill="F8F9FA"/>
            <w:tcMar>
              <w:top w:w="100" w:type="dxa"/>
              <w:left w:w="120" w:type="dxa"/>
              <w:bottom w:w="100" w:type="dxa"/>
              <w:right w:w="120" w:type="dxa"/>
            </w:tcMar>
            <w:vAlign w:val="center"/>
          </w:tcPr>
          <w:p w14:paraId="1E9C942D" w14:textId="77777777" w:rsidR="0085717D" w:rsidRDefault="00000000">
            <w:pPr>
              <w:spacing w:after="0"/>
              <w:jc w:val="right"/>
            </w:pPr>
            <w:r>
              <w:rPr>
                <w:b/>
                <w:sz w:val="18"/>
              </w:rPr>
              <w:t>Uhrzeit (von/bis):</w:t>
            </w:r>
          </w:p>
        </w:tc>
        <w:tc>
          <w:tcPr>
            <w:tcW w:w="2362" w:type="dxa"/>
            <w:tcMar>
              <w:top w:w="100" w:type="dxa"/>
              <w:left w:w="120" w:type="dxa"/>
              <w:bottom w:w="100" w:type="dxa"/>
              <w:right w:w="120" w:type="dxa"/>
            </w:tcMar>
            <w:vAlign w:val="center"/>
          </w:tcPr>
          <w:p w14:paraId="77ED3AB1" w14:textId="77777777" w:rsidR="0085717D" w:rsidRDefault="0085717D">
            <w:pPr>
              <w:spacing w:after="0"/>
            </w:pPr>
          </w:p>
        </w:tc>
      </w:tr>
      <w:tr w:rsidR="0085717D" w14:paraId="7F3D5B42" w14:textId="77777777">
        <w:trPr>
          <w:jc w:val="center"/>
        </w:trPr>
        <w:tc>
          <w:tcPr>
            <w:tcW w:w="2448" w:type="dxa"/>
            <w:shd w:val="clear" w:color="auto" w:fill="F8F9FA"/>
            <w:tcMar>
              <w:top w:w="100" w:type="dxa"/>
              <w:left w:w="120" w:type="dxa"/>
              <w:bottom w:w="100" w:type="dxa"/>
              <w:right w:w="120" w:type="dxa"/>
            </w:tcMar>
            <w:vAlign w:val="center"/>
          </w:tcPr>
          <w:p w14:paraId="671E7982" w14:textId="77777777" w:rsidR="0085717D" w:rsidRDefault="00000000">
            <w:pPr>
              <w:spacing w:after="0"/>
              <w:jc w:val="right"/>
            </w:pPr>
            <w:r>
              <w:rPr>
                <w:b/>
                <w:sz w:val="18"/>
              </w:rPr>
              <w:t>Ort des Geschehens:</w:t>
            </w:r>
          </w:p>
        </w:tc>
        <w:tc>
          <w:tcPr>
            <w:tcW w:w="2347" w:type="dxa"/>
            <w:tcMar>
              <w:top w:w="100" w:type="dxa"/>
              <w:left w:w="120" w:type="dxa"/>
              <w:bottom w:w="100" w:type="dxa"/>
              <w:right w:w="120" w:type="dxa"/>
            </w:tcMar>
            <w:vAlign w:val="center"/>
          </w:tcPr>
          <w:p w14:paraId="17285DC6" w14:textId="77777777" w:rsidR="0085717D" w:rsidRDefault="0085717D">
            <w:pPr>
              <w:spacing w:after="0"/>
            </w:pPr>
          </w:p>
        </w:tc>
        <w:tc>
          <w:tcPr>
            <w:tcW w:w="2448" w:type="dxa"/>
            <w:shd w:val="clear" w:color="auto" w:fill="F8F9FA"/>
            <w:tcMar>
              <w:top w:w="100" w:type="dxa"/>
              <w:left w:w="120" w:type="dxa"/>
              <w:bottom w:w="100" w:type="dxa"/>
              <w:right w:w="120" w:type="dxa"/>
            </w:tcMar>
            <w:vAlign w:val="center"/>
          </w:tcPr>
          <w:p w14:paraId="02A23DD7" w14:textId="77777777" w:rsidR="0085717D" w:rsidRDefault="00000000">
            <w:pPr>
              <w:spacing w:after="0"/>
              <w:jc w:val="right"/>
            </w:pPr>
            <w:r>
              <w:rPr>
                <w:b/>
                <w:sz w:val="18"/>
              </w:rPr>
              <w:t>Rahmen der Situation:</w:t>
            </w:r>
          </w:p>
        </w:tc>
        <w:tc>
          <w:tcPr>
            <w:tcW w:w="2362" w:type="dxa"/>
            <w:tcMar>
              <w:top w:w="100" w:type="dxa"/>
              <w:left w:w="120" w:type="dxa"/>
              <w:bottom w:w="100" w:type="dxa"/>
              <w:right w:w="120" w:type="dxa"/>
            </w:tcMar>
            <w:vAlign w:val="center"/>
          </w:tcPr>
          <w:p w14:paraId="252B0A78" w14:textId="77777777" w:rsidR="0085717D" w:rsidRDefault="0085717D">
            <w:pPr>
              <w:spacing w:after="0"/>
            </w:pPr>
          </w:p>
        </w:tc>
      </w:tr>
      <w:tr w:rsidR="0085717D" w14:paraId="37B0A631" w14:textId="77777777">
        <w:trPr>
          <w:jc w:val="center"/>
        </w:trPr>
        <w:tc>
          <w:tcPr>
            <w:tcW w:w="2448" w:type="dxa"/>
            <w:shd w:val="clear" w:color="auto" w:fill="F8F9FA"/>
            <w:tcMar>
              <w:top w:w="100" w:type="dxa"/>
              <w:left w:w="120" w:type="dxa"/>
              <w:bottom w:w="100" w:type="dxa"/>
              <w:right w:w="120" w:type="dxa"/>
            </w:tcMar>
            <w:vAlign w:val="center"/>
          </w:tcPr>
          <w:p w14:paraId="6FE2F69F" w14:textId="77777777" w:rsidR="0085717D" w:rsidRDefault="00000000">
            <w:pPr>
              <w:spacing w:after="0"/>
              <w:jc w:val="right"/>
            </w:pPr>
            <w:r>
              <w:rPr>
                <w:b/>
                <w:sz w:val="18"/>
              </w:rPr>
              <w:t>Name der Protokollführung:</w:t>
            </w:r>
          </w:p>
        </w:tc>
        <w:tc>
          <w:tcPr>
            <w:tcW w:w="2347" w:type="dxa"/>
            <w:tcMar>
              <w:top w:w="100" w:type="dxa"/>
              <w:left w:w="120" w:type="dxa"/>
              <w:bottom w:w="100" w:type="dxa"/>
              <w:right w:w="120" w:type="dxa"/>
            </w:tcMar>
            <w:vAlign w:val="center"/>
          </w:tcPr>
          <w:p w14:paraId="711C3782" w14:textId="77777777" w:rsidR="0085717D" w:rsidRDefault="0085717D">
            <w:pPr>
              <w:spacing w:after="0"/>
            </w:pPr>
          </w:p>
        </w:tc>
        <w:tc>
          <w:tcPr>
            <w:tcW w:w="2448" w:type="dxa"/>
            <w:shd w:val="clear" w:color="auto" w:fill="F8F9FA"/>
            <w:tcMar>
              <w:top w:w="100" w:type="dxa"/>
              <w:left w:w="120" w:type="dxa"/>
              <w:bottom w:w="100" w:type="dxa"/>
              <w:right w:w="120" w:type="dxa"/>
            </w:tcMar>
            <w:vAlign w:val="center"/>
          </w:tcPr>
          <w:p w14:paraId="628A58E8" w14:textId="77777777" w:rsidR="0085717D" w:rsidRDefault="00000000">
            <w:pPr>
              <w:spacing w:after="0"/>
              <w:jc w:val="right"/>
            </w:pPr>
            <w:r>
              <w:rPr>
                <w:b/>
                <w:sz w:val="18"/>
              </w:rPr>
              <w:t>Datum der Protokollierung:</w:t>
            </w:r>
          </w:p>
        </w:tc>
        <w:tc>
          <w:tcPr>
            <w:tcW w:w="2362" w:type="dxa"/>
            <w:tcMar>
              <w:top w:w="100" w:type="dxa"/>
              <w:left w:w="120" w:type="dxa"/>
              <w:bottom w:w="100" w:type="dxa"/>
              <w:right w:w="120" w:type="dxa"/>
            </w:tcMar>
            <w:vAlign w:val="center"/>
          </w:tcPr>
          <w:p w14:paraId="70819EA9" w14:textId="77777777" w:rsidR="0085717D" w:rsidRDefault="0085717D">
            <w:pPr>
              <w:spacing w:after="0"/>
            </w:pPr>
          </w:p>
        </w:tc>
      </w:tr>
    </w:tbl>
    <w:p w14:paraId="0EE475C1" w14:textId="77777777" w:rsidR="0085717D" w:rsidRDefault="00000000">
      <w:pPr>
        <w:keepNext/>
        <w:spacing w:before="320" w:after="120"/>
      </w:pPr>
      <w:r>
        <w:rPr>
          <w:b/>
          <w:color w:val="1B365D"/>
          <w:sz w:val="26"/>
        </w:rPr>
        <w:t>II. Beteiligte Personen</w:t>
      </w:r>
    </w:p>
    <w:tbl>
      <w:tblPr>
        <w:tblW w:w="0" w:type="auto"/>
        <w:jc w:val="center"/>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Layout w:type="fixed"/>
        <w:tblLook w:val="04A0" w:firstRow="1" w:lastRow="0" w:firstColumn="1" w:lastColumn="0" w:noHBand="0" w:noVBand="1"/>
      </w:tblPr>
      <w:tblGrid>
        <w:gridCol w:w="2160"/>
        <w:gridCol w:w="2160"/>
        <w:gridCol w:w="1728"/>
        <w:gridCol w:w="3557"/>
      </w:tblGrid>
      <w:tr w:rsidR="0085717D" w14:paraId="73A67A12" w14:textId="77777777">
        <w:trPr>
          <w:jc w:val="center"/>
        </w:trPr>
        <w:tc>
          <w:tcPr>
            <w:tcW w:w="2160" w:type="dxa"/>
            <w:shd w:val="clear" w:color="auto" w:fill="1B365D"/>
            <w:tcMar>
              <w:top w:w="100" w:type="dxa"/>
              <w:left w:w="100" w:type="dxa"/>
              <w:bottom w:w="100" w:type="dxa"/>
              <w:right w:w="100" w:type="dxa"/>
            </w:tcMar>
          </w:tcPr>
          <w:p w14:paraId="6D861952" w14:textId="77777777" w:rsidR="0085717D" w:rsidRDefault="00000000">
            <w:pPr>
              <w:spacing w:after="0"/>
            </w:pPr>
            <w:r>
              <w:rPr>
                <w:b/>
                <w:color w:val="FFFFFF"/>
                <w:sz w:val="17"/>
              </w:rPr>
              <w:t>Rolle</w:t>
            </w:r>
          </w:p>
        </w:tc>
        <w:tc>
          <w:tcPr>
            <w:tcW w:w="2160" w:type="dxa"/>
            <w:shd w:val="clear" w:color="auto" w:fill="1B365D"/>
            <w:tcMar>
              <w:top w:w="100" w:type="dxa"/>
              <w:left w:w="100" w:type="dxa"/>
              <w:bottom w:w="100" w:type="dxa"/>
              <w:right w:w="100" w:type="dxa"/>
            </w:tcMar>
          </w:tcPr>
          <w:p w14:paraId="4C863F12" w14:textId="77777777" w:rsidR="0085717D" w:rsidRDefault="00000000">
            <w:pPr>
              <w:spacing w:after="0"/>
            </w:pPr>
            <w:r>
              <w:rPr>
                <w:b/>
                <w:color w:val="FFFFFF"/>
                <w:sz w:val="17"/>
              </w:rPr>
              <w:t>Name, Vorname</w:t>
            </w:r>
          </w:p>
        </w:tc>
        <w:tc>
          <w:tcPr>
            <w:tcW w:w="1728" w:type="dxa"/>
            <w:shd w:val="clear" w:color="auto" w:fill="1B365D"/>
            <w:tcMar>
              <w:top w:w="100" w:type="dxa"/>
              <w:left w:w="100" w:type="dxa"/>
              <w:bottom w:w="100" w:type="dxa"/>
              <w:right w:w="100" w:type="dxa"/>
            </w:tcMar>
          </w:tcPr>
          <w:p w14:paraId="552E7F1D" w14:textId="77777777" w:rsidR="0085717D" w:rsidRDefault="00000000">
            <w:pPr>
              <w:spacing w:after="0"/>
            </w:pPr>
            <w:r>
              <w:rPr>
                <w:b/>
                <w:color w:val="FFFFFF"/>
                <w:sz w:val="17"/>
              </w:rPr>
              <w:t>Alter / Gruppe</w:t>
            </w:r>
          </w:p>
        </w:tc>
        <w:tc>
          <w:tcPr>
            <w:tcW w:w="3557" w:type="dxa"/>
            <w:shd w:val="clear" w:color="auto" w:fill="1B365D"/>
            <w:tcMar>
              <w:top w:w="100" w:type="dxa"/>
              <w:left w:w="100" w:type="dxa"/>
              <w:bottom w:w="100" w:type="dxa"/>
              <w:right w:w="100" w:type="dxa"/>
            </w:tcMar>
          </w:tcPr>
          <w:p w14:paraId="73CF52C0" w14:textId="77777777" w:rsidR="0085717D" w:rsidRDefault="00000000">
            <w:pPr>
              <w:spacing w:after="0"/>
            </w:pPr>
            <w:r>
              <w:rPr>
                <w:b/>
                <w:color w:val="FFFFFF"/>
                <w:sz w:val="17"/>
              </w:rPr>
              <w:t>Status / Einbindung (z. B. Stammkraft, neue Kraft, Azubi, Zeitarbeit, etc.)</w:t>
            </w:r>
          </w:p>
        </w:tc>
      </w:tr>
      <w:tr w:rsidR="0085717D" w14:paraId="016D009B" w14:textId="77777777">
        <w:trPr>
          <w:jc w:val="center"/>
        </w:trPr>
        <w:tc>
          <w:tcPr>
            <w:tcW w:w="2160" w:type="dxa"/>
            <w:shd w:val="clear" w:color="auto" w:fill="F2F4F7"/>
            <w:tcMar>
              <w:top w:w="120" w:type="dxa"/>
              <w:left w:w="100" w:type="dxa"/>
              <w:bottom w:w="120" w:type="dxa"/>
              <w:right w:w="100" w:type="dxa"/>
            </w:tcMar>
            <w:vAlign w:val="center"/>
          </w:tcPr>
          <w:p w14:paraId="54A5FB26" w14:textId="77777777" w:rsidR="0085717D" w:rsidRDefault="00000000">
            <w:pPr>
              <w:spacing w:after="0"/>
            </w:pPr>
            <w:r>
              <w:rPr>
                <w:b/>
                <w:sz w:val="18"/>
              </w:rPr>
              <w:t>Betroffene Fachkraft</w:t>
            </w:r>
          </w:p>
        </w:tc>
        <w:tc>
          <w:tcPr>
            <w:tcW w:w="2160" w:type="dxa"/>
            <w:tcMar>
              <w:top w:w="120" w:type="dxa"/>
              <w:left w:w="100" w:type="dxa"/>
              <w:bottom w:w="120" w:type="dxa"/>
              <w:right w:w="100" w:type="dxa"/>
            </w:tcMar>
            <w:vAlign w:val="center"/>
          </w:tcPr>
          <w:p w14:paraId="7EA0CF52" w14:textId="77777777" w:rsidR="0085717D" w:rsidRDefault="0085717D">
            <w:pPr>
              <w:spacing w:after="0"/>
            </w:pPr>
          </w:p>
        </w:tc>
        <w:tc>
          <w:tcPr>
            <w:tcW w:w="1728" w:type="dxa"/>
            <w:tcMar>
              <w:top w:w="120" w:type="dxa"/>
              <w:left w:w="100" w:type="dxa"/>
              <w:bottom w:w="120" w:type="dxa"/>
              <w:right w:w="100" w:type="dxa"/>
            </w:tcMar>
            <w:vAlign w:val="center"/>
          </w:tcPr>
          <w:p w14:paraId="7A3E79EB" w14:textId="77777777" w:rsidR="0085717D" w:rsidRDefault="0085717D">
            <w:pPr>
              <w:spacing w:after="0"/>
            </w:pPr>
          </w:p>
        </w:tc>
        <w:tc>
          <w:tcPr>
            <w:tcW w:w="3557" w:type="dxa"/>
            <w:tcMar>
              <w:top w:w="120" w:type="dxa"/>
              <w:left w:w="100" w:type="dxa"/>
              <w:bottom w:w="120" w:type="dxa"/>
              <w:right w:w="100" w:type="dxa"/>
            </w:tcMar>
            <w:vAlign w:val="center"/>
          </w:tcPr>
          <w:p w14:paraId="49D81366" w14:textId="77777777" w:rsidR="0085717D" w:rsidRDefault="0085717D">
            <w:pPr>
              <w:spacing w:after="0"/>
            </w:pPr>
          </w:p>
        </w:tc>
      </w:tr>
      <w:tr w:rsidR="0085717D" w14:paraId="77C52AE1" w14:textId="77777777">
        <w:trPr>
          <w:jc w:val="center"/>
        </w:trPr>
        <w:tc>
          <w:tcPr>
            <w:tcW w:w="2160" w:type="dxa"/>
            <w:shd w:val="clear" w:color="auto" w:fill="F2F4F7"/>
            <w:tcMar>
              <w:top w:w="120" w:type="dxa"/>
              <w:left w:w="100" w:type="dxa"/>
              <w:bottom w:w="120" w:type="dxa"/>
              <w:right w:w="100" w:type="dxa"/>
            </w:tcMar>
            <w:vAlign w:val="center"/>
          </w:tcPr>
          <w:p w14:paraId="4DBCF7E6" w14:textId="77777777" w:rsidR="0085717D" w:rsidRDefault="00000000">
            <w:pPr>
              <w:spacing w:after="0"/>
            </w:pPr>
            <w:r>
              <w:rPr>
                <w:b/>
                <w:sz w:val="18"/>
              </w:rPr>
              <w:t>Beteiligte(s) Kind(er)</w:t>
            </w:r>
          </w:p>
        </w:tc>
        <w:tc>
          <w:tcPr>
            <w:tcW w:w="2160" w:type="dxa"/>
            <w:shd w:val="clear" w:color="auto" w:fill="F8F9FA"/>
            <w:tcMar>
              <w:top w:w="120" w:type="dxa"/>
              <w:left w:w="100" w:type="dxa"/>
              <w:bottom w:w="120" w:type="dxa"/>
              <w:right w:w="100" w:type="dxa"/>
            </w:tcMar>
            <w:vAlign w:val="center"/>
          </w:tcPr>
          <w:p w14:paraId="657F183B" w14:textId="77777777" w:rsidR="0085717D" w:rsidRDefault="0085717D">
            <w:pPr>
              <w:spacing w:after="0"/>
            </w:pPr>
          </w:p>
        </w:tc>
        <w:tc>
          <w:tcPr>
            <w:tcW w:w="1728" w:type="dxa"/>
            <w:shd w:val="clear" w:color="auto" w:fill="F8F9FA"/>
            <w:tcMar>
              <w:top w:w="120" w:type="dxa"/>
              <w:left w:w="100" w:type="dxa"/>
              <w:bottom w:w="120" w:type="dxa"/>
              <w:right w:w="100" w:type="dxa"/>
            </w:tcMar>
            <w:vAlign w:val="center"/>
          </w:tcPr>
          <w:p w14:paraId="57D18765" w14:textId="77777777" w:rsidR="0085717D" w:rsidRDefault="0085717D">
            <w:pPr>
              <w:spacing w:after="0"/>
            </w:pPr>
          </w:p>
        </w:tc>
        <w:tc>
          <w:tcPr>
            <w:tcW w:w="3557" w:type="dxa"/>
            <w:shd w:val="clear" w:color="auto" w:fill="F8F9FA"/>
            <w:tcMar>
              <w:top w:w="120" w:type="dxa"/>
              <w:left w:w="100" w:type="dxa"/>
              <w:bottom w:w="120" w:type="dxa"/>
              <w:right w:w="100" w:type="dxa"/>
            </w:tcMar>
            <w:vAlign w:val="center"/>
          </w:tcPr>
          <w:p w14:paraId="1C44001D" w14:textId="77777777" w:rsidR="0085717D" w:rsidRDefault="0085717D">
            <w:pPr>
              <w:spacing w:after="0"/>
            </w:pPr>
          </w:p>
        </w:tc>
      </w:tr>
      <w:tr w:rsidR="0085717D" w14:paraId="6BD095B7" w14:textId="77777777">
        <w:trPr>
          <w:jc w:val="center"/>
        </w:trPr>
        <w:tc>
          <w:tcPr>
            <w:tcW w:w="2160" w:type="dxa"/>
            <w:shd w:val="clear" w:color="auto" w:fill="F2F4F7"/>
            <w:tcMar>
              <w:top w:w="120" w:type="dxa"/>
              <w:left w:w="100" w:type="dxa"/>
              <w:bottom w:w="120" w:type="dxa"/>
              <w:right w:w="100" w:type="dxa"/>
            </w:tcMar>
            <w:vAlign w:val="center"/>
          </w:tcPr>
          <w:p w14:paraId="620AEB7A" w14:textId="77777777" w:rsidR="0085717D" w:rsidRDefault="00000000">
            <w:pPr>
              <w:spacing w:after="0"/>
            </w:pPr>
            <w:r>
              <w:rPr>
                <w:b/>
                <w:sz w:val="18"/>
              </w:rPr>
              <w:t>Zeug(inn)en (Fachkräfte)</w:t>
            </w:r>
          </w:p>
        </w:tc>
        <w:tc>
          <w:tcPr>
            <w:tcW w:w="2160" w:type="dxa"/>
            <w:tcMar>
              <w:top w:w="120" w:type="dxa"/>
              <w:left w:w="100" w:type="dxa"/>
              <w:bottom w:w="120" w:type="dxa"/>
              <w:right w:w="100" w:type="dxa"/>
            </w:tcMar>
            <w:vAlign w:val="center"/>
          </w:tcPr>
          <w:p w14:paraId="57F89D55" w14:textId="77777777" w:rsidR="0085717D" w:rsidRDefault="0085717D">
            <w:pPr>
              <w:spacing w:after="0"/>
            </w:pPr>
          </w:p>
        </w:tc>
        <w:tc>
          <w:tcPr>
            <w:tcW w:w="1728" w:type="dxa"/>
            <w:tcMar>
              <w:top w:w="120" w:type="dxa"/>
              <w:left w:w="100" w:type="dxa"/>
              <w:bottom w:w="120" w:type="dxa"/>
              <w:right w:w="100" w:type="dxa"/>
            </w:tcMar>
            <w:vAlign w:val="center"/>
          </w:tcPr>
          <w:p w14:paraId="77B8A2F0" w14:textId="77777777" w:rsidR="0085717D" w:rsidRDefault="0085717D">
            <w:pPr>
              <w:spacing w:after="0"/>
            </w:pPr>
          </w:p>
        </w:tc>
        <w:tc>
          <w:tcPr>
            <w:tcW w:w="3557" w:type="dxa"/>
            <w:tcMar>
              <w:top w:w="120" w:type="dxa"/>
              <w:left w:w="100" w:type="dxa"/>
              <w:bottom w:w="120" w:type="dxa"/>
              <w:right w:w="100" w:type="dxa"/>
            </w:tcMar>
            <w:vAlign w:val="center"/>
          </w:tcPr>
          <w:p w14:paraId="014FC1F5" w14:textId="77777777" w:rsidR="0085717D" w:rsidRDefault="0085717D">
            <w:pPr>
              <w:spacing w:after="0"/>
            </w:pPr>
          </w:p>
        </w:tc>
      </w:tr>
      <w:tr w:rsidR="0085717D" w14:paraId="594F9D53" w14:textId="77777777">
        <w:trPr>
          <w:jc w:val="center"/>
        </w:trPr>
        <w:tc>
          <w:tcPr>
            <w:tcW w:w="2160" w:type="dxa"/>
            <w:shd w:val="clear" w:color="auto" w:fill="F2F4F7"/>
            <w:tcMar>
              <w:top w:w="120" w:type="dxa"/>
              <w:left w:w="100" w:type="dxa"/>
              <w:bottom w:w="120" w:type="dxa"/>
              <w:right w:w="100" w:type="dxa"/>
            </w:tcMar>
            <w:vAlign w:val="center"/>
          </w:tcPr>
          <w:p w14:paraId="3C0C72C9" w14:textId="77777777" w:rsidR="0085717D" w:rsidRDefault="00000000">
            <w:pPr>
              <w:spacing w:after="0"/>
            </w:pPr>
            <w:r>
              <w:rPr>
                <w:b/>
                <w:sz w:val="18"/>
              </w:rPr>
              <w:t>Zeug(inn)en (Kinder/Eltern)</w:t>
            </w:r>
          </w:p>
        </w:tc>
        <w:tc>
          <w:tcPr>
            <w:tcW w:w="2160" w:type="dxa"/>
            <w:shd w:val="clear" w:color="auto" w:fill="F8F9FA"/>
            <w:tcMar>
              <w:top w:w="120" w:type="dxa"/>
              <w:left w:w="100" w:type="dxa"/>
              <w:bottom w:w="120" w:type="dxa"/>
              <w:right w:w="100" w:type="dxa"/>
            </w:tcMar>
            <w:vAlign w:val="center"/>
          </w:tcPr>
          <w:p w14:paraId="449C5E37" w14:textId="77777777" w:rsidR="0085717D" w:rsidRDefault="0085717D">
            <w:pPr>
              <w:spacing w:after="0"/>
            </w:pPr>
          </w:p>
        </w:tc>
        <w:tc>
          <w:tcPr>
            <w:tcW w:w="1728" w:type="dxa"/>
            <w:shd w:val="clear" w:color="auto" w:fill="F8F9FA"/>
            <w:tcMar>
              <w:top w:w="120" w:type="dxa"/>
              <w:left w:w="100" w:type="dxa"/>
              <w:bottom w:w="120" w:type="dxa"/>
              <w:right w:w="100" w:type="dxa"/>
            </w:tcMar>
            <w:vAlign w:val="center"/>
          </w:tcPr>
          <w:p w14:paraId="3DD72B9D" w14:textId="77777777" w:rsidR="0085717D" w:rsidRDefault="0085717D">
            <w:pPr>
              <w:spacing w:after="0"/>
            </w:pPr>
          </w:p>
        </w:tc>
        <w:tc>
          <w:tcPr>
            <w:tcW w:w="3557" w:type="dxa"/>
            <w:shd w:val="clear" w:color="auto" w:fill="F8F9FA"/>
            <w:tcMar>
              <w:top w:w="120" w:type="dxa"/>
              <w:left w:w="100" w:type="dxa"/>
              <w:bottom w:w="120" w:type="dxa"/>
              <w:right w:w="100" w:type="dxa"/>
            </w:tcMar>
            <w:vAlign w:val="center"/>
          </w:tcPr>
          <w:p w14:paraId="02B0F264" w14:textId="77777777" w:rsidR="0085717D" w:rsidRDefault="0085717D">
            <w:pPr>
              <w:spacing w:after="0"/>
            </w:pPr>
          </w:p>
        </w:tc>
      </w:tr>
    </w:tbl>
    <w:p w14:paraId="5E535F6E" w14:textId="77777777" w:rsidR="0085717D" w:rsidRDefault="00000000">
      <w:pPr>
        <w:keepNext/>
        <w:spacing w:before="320" w:after="120"/>
      </w:pPr>
      <w:r>
        <w:rPr>
          <w:b/>
          <w:color w:val="1B365D"/>
          <w:sz w:val="26"/>
        </w:rPr>
        <w:t>III. Chronologischer und sachlicher Unfall-/Vorfallsbericht</w:t>
      </w:r>
    </w:p>
    <w:p w14:paraId="3F80ED7B" w14:textId="77777777" w:rsidR="0085717D" w:rsidRDefault="00000000">
      <w:pPr>
        <w:spacing w:before="80" w:after="80"/>
      </w:pPr>
      <w:r>
        <w:rPr>
          <w:b/>
          <w:sz w:val="19"/>
        </w:rPr>
        <w:t>Chronologische Schilderung des Hergangs (inklusive des verbalen Verlaufs):</w:t>
      </w:r>
    </w:p>
    <w:tbl>
      <w:tblPr>
        <w:tblW w:w="0" w:type="auto"/>
        <w:jc w:val="center"/>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Layout w:type="fixed"/>
        <w:tblLook w:val="04A0" w:firstRow="1" w:lastRow="0" w:firstColumn="1" w:lastColumn="0" w:noHBand="0" w:noVBand="1"/>
      </w:tblPr>
      <w:tblGrid>
        <w:gridCol w:w="9605"/>
      </w:tblGrid>
      <w:tr w:rsidR="0085717D" w14:paraId="69495C0F" w14:textId="77777777">
        <w:trPr>
          <w:jc w:val="center"/>
        </w:trPr>
        <w:tc>
          <w:tcPr>
            <w:tcW w:w="9605" w:type="dxa"/>
            <w:shd w:val="clear" w:color="auto" w:fill="FAFAFA"/>
            <w:tcMar>
              <w:top w:w="150" w:type="dxa"/>
              <w:left w:w="150" w:type="dxa"/>
              <w:bottom w:w="150" w:type="dxa"/>
              <w:right w:w="150" w:type="dxa"/>
            </w:tcMar>
          </w:tcPr>
          <w:p w14:paraId="50235E73" w14:textId="77777777" w:rsidR="0085717D" w:rsidRDefault="0085717D">
            <w:pPr>
              <w:spacing w:after="0"/>
            </w:pPr>
          </w:p>
          <w:p w14:paraId="77EB48A7" w14:textId="77777777" w:rsidR="0085717D" w:rsidRDefault="0085717D"/>
          <w:p w14:paraId="184F1792" w14:textId="77777777" w:rsidR="0085717D" w:rsidRDefault="0085717D"/>
          <w:p w14:paraId="2D47FAE8" w14:textId="77777777" w:rsidR="0085717D" w:rsidRDefault="0085717D"/>
          <w:p w14:paraId="3D7158F8" w14:textId="77777777" w:rsidR="0085717D" w:rsidRDefault="0085717D"/>
          <w:p w14:paraId="406EEEE5" w14:textId="77777777" w:rsidR="0085717D" w:rsidRDefault="0085717D"/>
          <w:p w14:paraId="7ACFA7FF" w14:textId="77777777" w:rsidR="0085717D" w:rsidRDefault="0085717D"/>
          <w:p w14:paraId="0B6CD58E" w14:textId="77777777" w:rsidR="0085717D" w:rsidRDefault="0085717D"/>
        </w:tc>
      </w:tr>
    </w:tbl>
    <w:p w14:paraId="3E5DA37C" w14:textId="77777777" w:rsidR="0085717D" w:rsidRDefault="00000000">
      <w:pPr>
        <w:spacing w:before="200" w:after="80"/>
      </w:pPr>
      <w:r>
        <w:rPr>
          <w:b/>
          <w:sz w:val="19"/>
        </w:rPr>
        <w:lastRenderedPageBreak/>
        <w:t>Gab es eine verbale Eskalation oder Vorwarnung vor dem physischen Übergriff?</w:t>
      </w:r>
    </w:p>
    <w:p w14:paraId="2955A570" w14:textId="77777777" w:rsidR="0085717D" w:rsidRDefault="00000000">
      <w:pPr>
        <w:spacing w:before="40" w:after="80"/>
        <w:ind w:left="288"/>
      </w:pPr>
      <w:r>
        <w:rPr>
          <w:sz w:val="19"/>
        </w:rPr>
        <w:t>☐  Nein       ☐  Ja (Bitte genaue Äußerungen und verbale Provokationen festhalten):</w:t>
      </w:r>
    </w:p>
    <w:tbl>
      <w:tblPr>
        <w:tblW w:w="0" w:type="auto"/>
        <w:jc w:val="center"/>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Layout w:type="fixed"/>
        <w:tblLook w:val="04A0" w:firstRow="1" w:lastRow="0" w:firstColumn="1" w:lastColumn="0" w:noHBand="0" w:noVBand="1"/>
      </w:tblPr>
      <w:tblGrid>
        <w:gridCol w:w="9605"/>
      </w:tblGrid>
      <w:tr w:rsidR="0085717D" w14:paraId="231A05CF" w14:textId="77777777">
        <w:trPr>
          <w:jc w:val="center"/>
        </w:trPr>
        <w:tc>
          <w:tcPr>
            <w:tcW w:w="9605" w:type="dxa"/>
            <w:shd w:val="clear" w:color="auto" w:fill="FAFAFA"/>
            <w:tcMar>
              <w:top w:w="100" w:type="dxa"/>
              <w:left w:w="120" w:type="dxa"/>
              <w:bottom w:w="100" w:type="dxa"/>
              <w:right w:w="120" w:type="dxa"/>
            </w:tcMar>
          </w:tcPr>
          <w:p w14:paraId="55B887E9" w14:textId="77777777" w:rsidR="0085717D" w:rsidRDefault="0085717D"/>
          <w:p w14:paraId="2342E7C3" w14:textId="77777777" w:rsidR="0085717D" w:rsidRDefault="0085717D"/>
          <w:p w14:paraId="58C1EFD1" w14:textId="77777777" w:rsidR="0085717D" w:rsidRDefault="0085717D"/>
        </w:tc>
      </w:tr>
    </w:tbl>
    <w:p w14:paraId="385DAAB8" w14:textId="77777777" w:rsidR="0085717D" w:rsidRDefault="00000000">
      <w:pPr>
        <w:keepNext/>
        <w:spacing w:before="320" w:after="120"/>
      </w:pPr>
      <w:r>
        <w:rPr>
          <w:b/>
          <w:color w:val="1B365D"/>
          <w:sz w:val="26"/>
        </w:rPr>
        <w:t>IV. Risikoanalyse &amp; Abwägungsprozess (Zivilrechtliche Aufsichtspflicht)</w:t>
      </w:r>
    </w:p>
    <w:p w14:paraId="7C6B2A7C" w14:textId="77777777" w:rsidR="0085717D" w:rsidRDefault="00000000">
      <w:pPr>
        <w:spacing w:after="120"/>
      </w:pPr>
      <w:r>
        <w:rPr>
          <w:i/>
          <w:color w:val="666666"/>
          <w:sz w:val="17"/>
        </w:rPr>
        <w:t>Hinweis gemäß § 1631 BGB: Die zivilrechtliche Aufsichtspflicht dient der Schadensvermeidung. Dieser Abschnitt belegt die Einhaltung Ihrer Aufsichts- und Sorgfaltspflichten durch eine strukturierte Risiko- und Verhältnismäßigkeitsanalyse im konkreten Einzelfall.</w:t>
      </w:r>
    </w:p>
    <w:p w14:paraId="3649C87D" w14:textId="77777777" w:rsidR="0085717D" w:rsidRDefault="00000000">
      <w:pPr>
        <w:keepNext/>
        <w:spacing w:before="240" w:after="80"/>
      </w:pPr>
      <w:r>
        <w:rPr>
          <w:b/>
          <w:color w:val="2F5496"/>
          <w:sz w:val="22"/>
        </w:rPr>
        <w:t>1. Vorhersehbarkeit des Schadenseintritts (Risikoanalyse)</w:t>
      </w:r>
    </w:p>
    <w:p w14:paraId="479D3D8C" w14:textId="77777777" w:rsidR="0085717D" w:rsidRDefault="00000000">
      <w:pPr>
        <w:spacing w:before="80" w:after="80"/>
      </w:pPr>
      <w:r>
        <w:t>War dieses Verhalten im Vorfeld aufgrund des Alters, der Entwicklungsstufe oder der Vorgeschichte des Kindes absehbar?</w:t>
      </w:r>
    </w:p>
    <w:p w14:paraId="764F1167" w14:textId="77777777" w:rsidR="0085717D" w:rsidRDefault="00000000">
      <w:pPr>
        <w:spacing w:before="40" w:after="80"/>
        <w:ind w:left="288"/>
      </w:pPr>
      <w:r>
        <w:rPr>
          <w:sz w:val="19"/>
        </w:rPr>
        <w:t>☐  Nein       ☐  Ja (Bitte begründen, z. B. bekannte Verhaltensauffälligkeit, systemische Überlastung):</w:t>
      </w:r>
    </w:p>
    <w:tbl>
      <w:tblPr>
        <w:tblW w:w="0" w:type="auto"/>
        <w:jc w:val="center"/>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Layout w:type="fixed"/>
        <w:tblLook w:val="04A0" w:firstRow="1" w:lastRow="0" w:firstColumn="1" w:lastColumn="0" w:noHBand="0" w:noVBand="1"/>
      </w:tblPr>
      <w:tblGrid>
        <w:gridCol w:w="9605"/>
      </w:tblGrid>
      <w:tr w:rsidR="0085717D" w14:paraId="14481EC6" w14:textId="77777777">
        <w:trPr>
          <w:jc w:val="center"/>
        </w:trPr>
        <w:tc>
          <w:tcPr>
            <w:tcW w:w="9605" w:type="dxa"/>
            <w:shd w:val="clear" w:color="auto" w:fill="FAFAFA"/>
            <w:tcMar>
              <w:top w:w="100" w:type="dxa"/>
              <w:left w:w="120" w:type="dxa"/>
              <w:bottom w:w="100" w:type="dxa"/>
              <w:right w:w="120" w:type="dxa"/>
            </w:tcMar>
          </w:tcPr>
          <w:p w14:paraId="525B8BB0" w14:textId="77777777" w:rsidR="0085717D" w:rsidRDefault="0085717D"/>
          <w:p w14:paraId="1D0AAEBD" w14:textId="77777777" w:rsidR="0085717D" w:rsidRDefault="0085717D"/>
          <w:p w14:paraId="3DDE4D4C" w14:textId="77777777" w:rsidR="0085717D" w:rsidRDefault="0085717D"/>
        </w:tc>
      </w:tr>
    </w:tbl>
    <w:p w14:paraId="2DD15451" w14:textId="77777777" w:rsidR="0085717D" w:rsidRDefault="00000000">
      <w:pPr>
        <w:keepNext/>
        <w:spacing w:before="240" w:after="80"/>
      </w:pPr>
      <w:r>
        <w:rPr>
          <w:b/>
          <w:color w:val="2F5496"/>
          <w:sz w:val="22"/>
        </w:rPr>
        <w:t>2. Abwägung im Spannungsfeld „Aufsicht Kind vs. Aufsicht Gruppe“</w:t>
      </w:r>
    </w:p>
    <w:p w14:paraId="529C7EB7" w14:textId="77777777" w:rsidR="0085717D" w:rsidRDefault="00000000">
      <w:pPr>
        <w:spacing w:before="40" w:after="80"/>
      </w:pPr>
      <w:r>
        <w:rPr>
          <w:sz w:val="19"/>
        </w:rPr>
        <w:t>Falls Sie eine Eilentscheidung treffen mussten, die die Beaufsichtigung der restlichen Gruppe beeinträchtigte (z. B. Verfolgen eines entlaufenen Kindes): Welche Gefahrenpotentiale standen sich gegenüber (z. B. Personenschaden vs. Sachschaden), wie wurden diese gewichtet und welche Sofortmaßnahmen wurden zur Absicherung der verbleibenden Kinder ergriffen?</w:t>
      </w:r>
    </w:p>
    <w:tbl>
      <w:tblPr>
        <w:tblW w:w="0" w:type="auto"/>
        <w:jc w:val="center"/>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Layout w:type="fixed"/>
        <w:tblLook w:val="04A0" w:firstRow="1" w:lastRow="0" w:firstColumn="1" w:lastColumn="0" w:noHBand="0" w:noVBand="1"/>
      </w:tblPr>
      <w:tblGrid>
        <w:gridCol w:w="9605"/>
      </w:tblGrid>
      <w:tr w:rsidR="0085717D" w14:paraId="49D0AE24" w14:textId="77777777">
        <w:trPr>
          <w:jc w:val="center"/>
        </w:trPr>
        <w:tc>
          <w:tcPr>
            <w:tcW w:w="9605" w:type="dxa"/>
            <w:shd w:val="clear" w:color="auto" w:fill="FAFAFA"/>
            <w:tcMar>
              <w:top w:w="120" w:type="dxa"/>
              <w:left w:w="120" w:type="dxa"/>
              <w:bottom w:w="120" w:type="dxa"/>
              <w:right w:w="120" w:type="dxa"/>
            </w:tcMar>
          </w:tcPr>
          <w:p w14:paraId="58B623C5" w14:textId="77777777" w:rsidR="0085717D" w:rsidRDefault="0085717D"/>
          <w:p w14:paraId="5E872EFB" w14:textId="77777777" w:rsidR="0085717D" w:rsidRDefault="0085717D"/>
          <w:p w14:paraId="03223B0A" w14:textId="77777777" w:rsidR="0085717D" w:rsidRDefault="0085717D"/>
          <w:p w14:paraId="533F98AB" w14:textId="77777777" w:rsidR="0085717D" w:rsidRDefault="0085717D"/>
        </w:tc>
      </w:tr>
    </w:tbl>
    <w:p w14:paraId="65B579A3" w14:textId="77777777" w:rsidR="0085717D" w:rsidRDefault="00000000">
      <w:pPr>
        <w:keepNext/>
        <w:spacing w:before="320" w:after="120"/>
      </w:pPr>
      <w:r>
        <w:rPr>
          <w:b/>
          <w:color w:val="1B365D"/>
          <w:sz w:val="26"/>
        </w:rPr>
        <w:t>V. Rechtfertigung physischer Interventionen (Maßnahmen der Gefahrenabwehr)</w:t>
      </w:r>
    </w:p>
    <w:tbl>
      <w:tblPr>
        <w:tblW w:w="0" w:type="auto"/>
        <w:jc w:val="center"/>
        <w:tblLayout w:type="fixed"/>
        <w:tblLook w:val="04A0" w:firstRow="1" w:lastRow="0" w:firstColumn="1" w:lastColumn="0" w:noHBand="0" w:noVBand="1"/>
      </w:tblPr>
      <w:tblGrid>
        <w:gridCol w:w="9605"/>
      </w:tblGrid>
      <w:tr w:rsidR="0085717D" w14:paraId="1E47E780" w14:textId="77777777">
        <w:trPr>
          <w:jc w:val="center"/>
        </w:trPr>
        <w:tc>
          <w:tcPr>
            <w:tcW w:w="9605" w:type="dxa"/>
            <w:tcBorders>
              <w:left w:val="single" w:sz="24" w:space="0" w:color="DE3434"/>
            </w:tcBorders>
            <w:shd w:val="clear" w:color="auto" w:fill="FDF2F2"/>
            <w:tcMar>
              <w:top w:w="100" w:type="dxa"/>
              <w:left w:w="120" w:type="dxa"/>
              <w:bottom w:w="100" w:type="dxa"/>
              <w:right w:w="120" w:type="dxa"/>
            </w:tcMar>
          </w:tcPr>
          <w:p w14:paraId="7E0844E4" w14:textId="77777777" w:rsidR="0085717D" w:rsidRDefault="00000000">
            <w:pPr>
              <w:spacing w:after="0"/>
            </w:pPr>
            <w:r>
              <w:rPr>
                <w:b/>
                <w:color w:val="9C1A1A"/>
                <w:sz w:val="18"/>
              </w:rPr>
              <w:t>ACHTUNG – STRENGE RECHTLICHE HÜRDEN:</w:t>
            </w:r>
            <w:r>
              <w:rPr>
                <w:b/>
                <w:color w:val="9C1A1A"/>
                <w:sz w:val="18"/>
              </w:rPr>
              <w:br/>
            </w:r>
            <w:r>
              <w:rPr>
                <w:color w:val="9C1A1A"/>
                <w:sz w:val="17"/>
              </w:rPr>
              <w:t>Körperliche Eingriffe (z. B. Festhalten) stellen einen massiven Eingriff in die Kindesrechte dar. Sie sind rechtlich nur im Rahmen der akuten Gefahrenabwehr (rechtfertigender Notstand / Notwehr) zulässig. Die Voraussetzungen müssen in diesem Abschnitt lückenlos und detailliert begründet werden, um eine Rechtssicherheit zu gewährleisten.</w:t>
            </w:r>
          </w:p>
        </w:tc>
      </w:tr>
    </w:tbl>
    <w:p w14:paraId="4788D8F7" w14:textId="77777777" w:rsidR="0085717D" w:rsidRDefault="00000000">
      <w:pPr>
        <w:keepNext/>
        <w:spacing w:before="240" w:after="80"/>
      </w:pPr>
      <w:r>
        <w:rPr>
          <w:b/>
          <w:color w:val="2F5496"/>
          <w:sz w:val="22"/>
        </w:rPr>
        <w:t>1. Lag eine akute Eigen- oder Fremdgefährdung vor?</w:t>
      </w:r>
    </w:p>
    <w:p w14:paraId="67F84FCC" w14:textId="77777777" w:rsidR="0085717D" w:rsidRDefault="00000000">
      <w:pPr>
        <w:spacing w:before="40" w:after="80"/>
        <w:ind w:left="144"/>
      </w:pPr>
      <w:r>
        <w:rPr>
          <w:sz w:val="17"/>
        </w:rPr>
        <w:t>Eine akute Gefährdung erfordert eine gegenwärtige Lebensgefahr oder schwerwiegende Gesundheitsgefahr für das Kind selbst oder eine andere Person (hohe Wahrscheinlichkeit eines Schadenseintritts).</w:t>
      </w:r>
    </w:p>
    <w:p w14:paraId="3C1A3DAB" w14:textId="77777777" w:rsidR="0085717D" w:rsidRDefault="00000000">
      <w:pPr>
        <w:spacing w:before="60" w:after="60"/>
        <w:ind w:left="288"/>
      </w:pPr>
      <w:r>
        <w:rPr>
          <w:b/>
        </w:rPr>
        <w:t xml:space="preserve">☐  Nein  </w:t>
      </w:r>
      <w:r>
        <w:rPr>
          <w:i/>
        </w:rPr>
        <w:t>(Hinweis: Ein körperlicher Eingriff war in diesem Fall unzulässig!)</w:t>
      </w:r>
    </w:p>
    <w:p w14:paraId="55BCACED" w14:textId="77777777" w:rsidR="0085717D" w:rsidRDefault="00000000">
      <w:pPr>
        <w:spacing w:before="60" w:after="60"/>
        <w:ind w:left="288"/>
      </w:pPr>
      <w:r>
        <w:rPr>
          <w:b/>
        </w:rPr>
        <w:t xml:space="preserve">☐  Ja,  </w:t>
      </w:r>
      <w:r>
        <w:t>eine akute Gefährdung lag vor und zwar konkret durch:</w:t>
      </w:r>
    </w:p>
    <w:p w14:paraId="4242D7D7" w14:textId="77777777" w:rsidR="0085717D" w:rsidRDefault="00000000">
      <w:pPr>
        <w:spacing w:before="40" w:after="40"/>
        <w:ind w:left="576"/>
      </w:pPr>
      <w:r>
        <w:rPr>
          <w:b/>
        </w:rPr>
        <w:lastRenderedPageBreak/>
        <w:t xml:space="preserve">☐  </w:t>
      </w:r>
      <w:r>
        <w:rPr>
          <w:sz w:val="19"/>
        </w:rPr>
        <w:t>Akute Selbstverletzungsgefahr des Kindes</w:t>
      </w:r>
    </w:p>
    <w:p w14:paraId="195F217C" w14:textId="77777777" w:rsidR="0085717D" w:rsidRDefault="00000000">
      <w:pPr>
        <w:spacing w:before="40" w:after="40"/>
        <w:ind w:left="576"/>
      </w:pPr>
      <w:r>
        <w:rPr>
          <w:b/>
        </w:rPr>
        <w:t xml:space="preserve">☐  </w:t>
      </w:r>
      <w:r>
        <w:rPr>
          <w:sz w:val="19"/>
        </w:rPr>
        <w:t>Akuter tätlicher Angriff auf andere Kinder (Gefahr erheblicher Verletzungen)</w:t>
      </w:r>
    </w:p>
    <w:p w14:paraId="7194455F" w14:textId="77777777" w:rsidR="0085717D" w:rsidRDefault="00000000">
      <w:pPr>
        <w:spacing w:before="40" w:after="40"/>
        <w:ind w:left="576"/>
      </w:pPr>
      <w:r>
        <w:rPr>
          <w:b/>
        </w:rPr>
        <w:t xml:space="preserve">☐  </w:t>
      </w:r>
      <w:r>
        <w:rPr>
          <w:sz w:val="19"/>
        </w:rPr>
        <w:t>Akuter tätlicher Angriff auf das anwesende Personal / die Fachkraft selbst</w:t>
      </w:r>
    </w:p>
    <w:p w14:paraId="6036379C" w14:textId="77777777" w:rsidR="0085717D" w:rsidRDefault="00000000">
      <w:pPr>
        <w:spacing w:before="40" w:after="40"/>
        <w:ind w:left="576"/>
      </w:pPr>
      <w:r>
        <w:rPr>
          <w:b/>
        </w:rPr>
        <w:t xml:space="preserve">☐  </w:t>
      </w:r>
      <w:r>
        <w:rPr>
          <w:sz w:val="19"/>
        </w:rPr>
        <w:t>Sonstiger akuter Notstand (Bitte detailliert spezifizieren): ________________________________________</w:t>
      </w:r>
    </w:p>
    <w:p w14:paraId="1B003D4E" w14:textId="77777777" w:rsidR="0085717D" w:rsidRDefault="00000000">
      <w:pPr>
        <w:keepNext/>
        <w:spacing w:before="240" w:after="80"/>
      </w:pPr>
      <w:r>
        <w:rPr>
          <w:b/>
          <w:color w:val="2F5496"/>
          <w:sz w:val="22"/>
        </w:rPr>
        <w:t>2. Prüfung der Verhältnismäßigkeit (Nachweis der Alternativlosigkeit)</w:t>
      </w:r>
    </w:p>
    <w:p w14:paraId="733CA6CF" w14:textId="77777777" w:rsidR="0085717D" w:rsidRDefault="00000000">
      <w:pPr>
        <w:spacing w:before="40" w:after="80"/>
      </w:pPr>
      <w:r>
        <w:rPr>
          <w:sz w:val="19"/>
        </w:rPr>
        <w:t>Warum war in diesem Moment kein milderes, weniger in die Rechte des Kindes eingreifendes Mittel (z. B. aktives Ausweichen, Abwehrtechniken, rein verbale Deeskalation, räumliche Trennung) ausreichend, um die Gefahr abzuwenden? (Standen mildere Mittel zur Verfügung, war das Festhalten rechtswidrig!)</w:t>
      </w:r>
    </w:p>
    <w:tbl>
      <w:tblPr>
        <w:tblW w:w="0" w:type="auto"/>
        <w:jc w:val="center"/>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Layout w:type="fixed"/>
        <w:tblLook w:val="04A0" w:firstRow="1" w:lastRow="0" w:firstColumn="1" w:lastColumn="0" w:noHBand="0" w:noVBand="1"/>
      </w:tblPr>
      <w:tblGrid>
        <w:gridCol w:w="9605"/>
      </w:tblGrid>
      <w:tr w:rsidR="0085717D" w14:paraId="1D627C33" w14:textId="77777777">
        <w:trPr>
          <w:jc w:val="center"/>
        </w:trPr>
        <w:tc>
          <w:tcPr>
            <w:tcW w:w="9605" w:type="dxa"/>
            <w:shd w:val="clear" w:color="auto" w:fill="FAFAFA"/>
            <w:tcMar>
              <w:top w:w="100" w:type="dxa"/>
              <w:left w:w="120" w:type="dxa"/>
              <w:bottom w:w="100" w:type="dxa"/>
              <w:right w:w="120" w:type="dxa"/>
            </w:tcMar>
          </w:tcPr>
          <w:p w14:paraId="78D84C5B" w14:textId="77777777" w:rsidR="0085717D" w:rsidRDefault="0085717D"/>
          <w:p w14:paraId="1CF63453" w14:textId="77777777" w:rsidR="0085717D" w:rsidRDefault="0085717D"/>
          <w:p w14:paraId="2C4211F8" w14:textId="77777777" w:rsidR="0085717D" w:rsidRDefault="0085717D"/>
          <w:p w14:paraId="7DB82B4F" w14:textId="77777777" w:rsidR="0085717D" w:rsidRDefault="0085717D"/>
        </w:tc>
      </w:tr>
    </w:tbl>
    <w:p w14:paraId="664365CD" w14:textId="77777777" w:rsidR="0085717D" w:rsidRDefault="00000000">
      <w:pPr>
        <w:keepNext/>
        <w:spacing w:before="240" w:after="80"/>
      </w:pPr>
      <w:r>
        <w:rPr>
          <w:b/>
          <w:color w:val="2F5496"/>
          <w:sz w:val="22"/>
        </w:rPr>
        <w:t>3. Prüfung der Eignung &amp; Ausschluss von Kontraindikationen</w:t>
      </w:r>
    </w:p>
    <w:p w14:paraId="42A548EE" w14:textId="77777777" w:rsidR="0085717D" w:rsidRDefault="00000000">
      <w:pPr>
        <w:spacing w:before="40" w:after="80"/>
      </w:pPr>
      <w:r>
        <w:rPr>
          <w:sz w:val="19"/>
        </w:rPr>
        <w:t>Gab es bei dem betroffenen Kind im Vorfeld bekannte, schwerwiegende Gründe, die gegen die gewählte Festhaltemethode sprachen? (z. B. Missbrauchs-Traumatisierungen, bei denen ein Festhalten retraumatisierend wirkt)</w:t>
      </w:r>
    </w:p>
    <w:p w14:paraId="59EBBC09" w14:textId="77777777" w:rsidR="0085717D" w:rsidRDefault="00000000">
      <w:pPr>
        <w:spacing w:before="40" w:after="80"/>
        <w:ind w:left="288"/>
      </w:pPr>
      <w:r>
        <w:rPr>
          <w:sz w:val="19"/>
        </w:rPr>
        <w:t>☐  Nein       ☐  Ja (Bitte begründen und ergriffene risikoärmere Alternativmaßnahmen schildern):</w:t>
      </w:r>
    </w:p>
    <w:tbl>
      <w:tblPr>
        <w:tblW w:w="0" w:type="auto"/>
        <w:jc w:val="center"/>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Layout w:type="fixed"/>
        <w:tblLook w:val="04A0" w:firstRow="1" w:lastRow="0" w:firstColumn="1" w:lastColumn="0" w:noHBand="0" w:noVBand="1"/>
      </w:tblPr>
      <w:tblGrid>
        <w:gridCol w:w="9605"/>
      </w:tblGrid>
      <w:tr w:rsidR="0085717D" w14:paraId="341FA033" w14:textId="77777777">
        <w:trPr>
          <w:jc w:val="center"/>
        </w:trPr>
        <w:tc>
          <w:tcPr>
            <w:tcW w:w="9605" w:type="dxa"/>
            <w:shd w:val="clear" w:color="auto" w:fill="FAFAFA"/>
            <w:tcMar>
              <w:top w:w="100" w:type="dxa"/>
              <w:left w:w="120" w:type="dxa"/>
              <w:bottom w:w="100" w:type="dxa"/>
              <w:right w:w="120" w:type="dxa"/>
            </w:tcMar>
          </w:tcPr>
          <w:p w14:paraId="43997C7C" w14:textId="77777777" w:rsidR="0085717D" w:rsidRDefault="0085717D"/>
          <w:p w14:paraId="72498B5E" w14:textId="77777777" w:rsidR="0085717D" w:rsidRDefault="0085717D"/>
          <w:p w14:paraId="0A748BB0" w14:textId="77777777" w:rsidR="0085717D" w:rsidRDefault="0085717D"/>
        </w:tc>
      </w:tr>
    </w:tbl>
    <w:p w14:paraId="3C51A662" w14:textId="77777777" w:rsidR="0085717D" w:rsidRDefault="00000000">
      <w:pPr>
        <w:keepNext/>
        <w:spacing w:before="320" w:after="120"/>
      </w:pPr>
      <w:r>
        <w:rPr>
          <w:b/>
          <w:color w:val="1B365D"/>
          <w:sz w:val="26"/>
        </w:rPr>
        <w:t>VI. Pädagogische Aufarbeitung und Folgemaßnahmen</w:t>
      </w:r>
    </w:p>
    <w:p w14:paraId="2368DFFC" w14:textId="77777777" w:rsidR="0085717D" w:rsidRDefault="00000000">
      <w:pPr>
        <w:spacing w:after="120"/>
      </w:pPr>
      <w:r>
        <w:rPr>
          <w:i/>
          <w:color w:val="666666"/>
          <w:sz w:val="17"/>
        </w:rPr>
        <w:t>Achtung: Die juristische Eignung einer Gefahrenabwehr-Maßnahme entfällt rückwirkend, wenn keine zeitnahe und professionelle pädagogische Aufarbeitung stattfindet. Dieser Teil ist somit elementarer Bestandteil der Rechtssicherheit.</w:t>
      </w:r>
    </w:p>
    <w:p w14:paraId="09658CFC" w14:textId="77777777" w:rsidR="0085717D" w:rsidRDefault="00000000">
      <w:pPr>
        <w:keepNext/>
        <w:spacing w:before="240" w:after="80"/>
      </w:pPr>
      <w:r>
        <w:rPr>
          <w:b/>
          <w:color w:val="2F5496"/>
          <w:sz w:val="22"/>
        </w:rPr>
        <w:t>1. Pädagogische Aufarbeitung mit dem betroffenen Kind</w:t>
      </w:r>
    </w:p>
    <w:p w14:paraId="17DE4923" w14:textId="77777777" w:rsidR="0085717D" w:rsidRDefault="00000000">
      <w:pPr>
        <w:spacing w:before="40" w:after="80"/>
      </w:pPr>
      <w:r>
        <w:rPr>
          <w:sz w:val="19"/>
        </w:rPr>
        <w:t>In einem ruhigen, deeskalierten Moment durch eine vertraute Bezugsperson. Fokus: Grenzen unmissverständlich verdeutlichen, ohne zu beschämen, sowie das Vereinbaren einer echten Wiedergutmachung (statt einer erzwungenen Schein-Entschuldigung).</w:t>
      </w:r>
    </w:p>
    <w:tbl>
      <w:tblPr>
        <w:tblW w:w="0" w:type="auto"/>
        <w:jc w:val="center"/>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Layout w:type="fixed"/>
        <w:tblLook w:val="04A0" w:firstRow="1" w:lastRow="0" w:firstColumn="1" w:lastColumn="0" w:noHBand="0" w:noVBand="1"/>
      </w:tblPr>
      <w:tblGrid>
        <w:gridCol w:w="2448"/>
        <w:gridCol w:w="2347"/>
        <w:gridCol w:w="2448"/>
        <w:gridCol w:w="2362"/>
      </w:tblGrid>
      <w:tr w:rsidR="0085717D" w14:paraId="5A80B9E9" w14:textId="77777777">
        <w:trPr>
          <w:jc w:val="center"/>
        </w:trPr>
        <w:tc>
          <w:tcPr>
            <w:tcW w:w="2448" w:type="dxa"/>
            <w:shd w:val="clear" w:color="auto" w:fill="F8F9FA"/>
            <w:tcMar>
              <w:top w:w="100" w:type="dxa"/>
              <w:left w:w="120" w:type="dxa"/>
              <w:bottom w:w="100" w:type="dxa"/>
              <w:right w:w="120" w:type="dxa"/>
            </w:tcMar>
          </w:tcPr>
          <w:p w14:paraId="45A86FEC" w14:textId="77777777" w:rsidR="0085717D" w:rsidRDefault="00000000">
            <w:r>
              <w:rPr>
                <w:b/>
              </w:rPr>
              <w:t>Datum / Uhrzeit:</w:t>
            </w:r>
          </w:p>
        </w:tc>
        <w:tc>
          <w:tcPr>
            <w:tcW w:w="2347" w:type="dxa"/>
            <w:tcMar>
              <w:top w:w="100" w:type="dxa"/>
              <w:left w:w="120" w:type="dxa"/>
              <w:bottom w:w="100" w:type="dxa"/>
              <w:right w:w="120" w:type="dxa"/>
            </w:tcMar>
          </w:tcPr>
          <w:p w14:paraId="69DA9104" w14:textId="77777777" w:rsidR="0085717D" w:rsidRDefault="0085717D"/>
        </w:tc>
        <w:tc>
          <w:tcPr>
            <w:tcW w:w="2448" w:type="dxa"/>
            <w:shd w:val="clear" w:color="auto" w:fill="F8F9FA"/>
            <w:tcMar>
              <w:top w:w="100" w:type="dxa"/>
              <w:left w:w="120" w:type="dxa"/>
              <w:bottom w:w="100" w:type="dxa"/>
              <w:right w:w="120" w:type="dxa"/>
            </w:tcMar>
          </w:tcPr>
          <w:p w14:paraId="00FA2FF5" w14:textId="77777777" w:rsidR="0085717D" w:rsidRDefault="00000000">
            <w:r>
              <w:rPr>
                <w:b/>
              </w:rPr>
              <w:t>Fachkraft (Bezugsperson):</w:t>
            </w:r>
          </w:p>
        </w:tc>
        <w:tc>
          <w:tcPr>
            <w:tcW w:w="2362" w:type="dxa"/>
            <w:tcMar>
              <w:top w:w="100" w:type="dxa"/>
              <w:left w:w="120" w:type="dxa"/>
              <w:bottom w:w="100" w:type="dxa"/>
              <w:right w:w="120" w:type="dxa"/>
            </w:tcMar>
          </w:tcPr>
          <w:p w14:paraId="190E73E4" w14:textId="77777777" w:rsidR="0085717D" w:rsidRDefault="0085717D"/>
        </w:tc>
      </w:tr>
    </w:tbl>
    <w:p w14:paraId="1768FAF3" w14:textId="77777777" w:rsidR="0085717D" w:rsidRDefault="00000000">
      <w:pPr>
        <w:spacing w:before="120" w:after="40"/>
      </w:pPr>
      <w:r>
        <w:rPr>
          <w:b/>
          <w:sz w:val="18"/>
        </w:rPr>
        <w:t>Ergebnis des Gesprächs &amp; getroffene Vereinbarung einer echten Wiedergutmachung:</w:t>
      </w:r>
    </w:p>
    <w:tbl>
      <w:tblPr>
        <w:tblW w:w="0" w:type="auto"/>
        <w:jc w:val="center"/>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Layout w:type="fixed"/>
        <w:tblLook w:val="04A0" w:firstRow="1" w:lastRow="0" w:firstColumn="1" w:lastColumn="0" w:noHBand="0" w:noVBand="1"/>
      </w:tblPr>
      <w:tblGrid>
        <w:gridCol w:w="9605"/>
      </w:tblGrid>
      <w:tr w:rsidR="0085717D" w14:paraId="3624813D" w14:textId="77777777">
        <w:trPr>
          <w:jc w:val="center"/>
        </w:trPr>
        <w:tc>
          <w:tcPr>
            <w:tcW w:w="9605" w:type="dxa"/>
            <w:shd w:val="clear" w:color="auto" w:fill="FAFAFA"/>
            <w:tcMar>
              <w:top w:w="100" w:type="dxa"/>
              <w:left w:w="120" w:type="dxa"/>
              <w:bottom w:w="100" w:type="dxa"/>
              <w:right w:w="120" w:type="dxa"/>
            </w:tcMar>
          </w:tcPr>
          <w:p w14:paraId="316FE93C" w14:textId="77777777" w:rsidR="0085717D" w:rsidRDefault="0085717D"/>
          <w:p w14:paraId="2D537C0A" w14:textId="77777777" w:rsidR="0085717D" w:rsidRDefault="0085717D"/>
          <w:p w14:paraId="76CA4BEB" w14:textId="77777777" w:rsidR="0085717D" w:rsidRDefault="0085717D"/>
          <w:p w14:paraId="49CF70BB" w14:textId="77777777" w:rsidR="0085717D" w:rsidRDefault="0085717D"/>
        </w:tc>
      </w:tr>
    </w:tbl>
    <w:p w14:paraId="317EC9B1" w14:textId="77777777" w:rsidR="0085717D" w:rsidRDefault="00000000">
      <w:pPr>
        <w:keepNext/>
        <w:spacing w:before="240" w:after="80"/>
      </w:pPr>
      <w:r>
        <w:rPr>
          <w:b/>
          <w:color w:val="2F5496"/>
          <w:sz w:val="22"/>
        </w:rPr>
        <w:lastRenderedPageBreak/>
        <w:t>2. Elterngespräch (zeitnah und in ruhiger Atmosphäre)</w:t>
      </w:r>
    </w:p>
    <w:tbl>
      <w:tblPr>
        <w:tblW w:w="0" w:type="auto"/>
        <w:jc w:val="center"/>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Layout w:type="fixed"/>
        <w:tblLook w:val="04A0" w:firstRow="1" w:lastRow="0" w:firstColumn="1" w:lastColumn="0" w:noHBand="0" w:noVBand="1"/>
      </w:tblPr>
      <w:tblGrid>
        <w:gridCol w:w="2448"/>
        <w:gridCol w:w="2347"/>
        <w:gridCol w:w="2448"/>
        <w:gridCol w:w="2362"/>
      </w:tblGrid>
      <w:tr w:rsidR="0085717D" w14:paraId="5E5A549E" w14:textId="77777777">
        <w:trPr>
          <w:jc w:val="center"/>
        </w:trPr>
        <w:tc>
          <w:tcPr>
            <w:tcW w:w="2448" w:type="dxa"/>
            <w:shd w:val="clear" w:color="auto" w:fill="F8F9FA"/>
            <w:tcMar>
              <w:top w:w="100" w:type="dxa"/>
              <w:left w:w="120" w:type="dxa"/>
              <w:bottom w:w="100" w:type="dxa"/>
              <w:right w:w="120" w:type="dxa"/>
            </w:tcMar>
          </w:tcPr>
          <w:p w14:paraId="680C5E8B" w14:textId="77777777" w:rsidR="0085717D" w:rsidRDefault="00000000">
            <w:r>
              <w:rPr>
                <w:b/>
              </w:rPr>
              <w:t>Datum / Uhrzeit:</w:t>
            </w:r>
          </w:p>
        </w:tc>
        <w:tc>
          <w:tcPr>
            <w:tcW w:w="2347" w:type="dxa"/>
            <w:tcMar>
              <w:top w:w="100" w:type="dxa"/>
              <w:left w:w="120" w:type="dxa"/>
              <w:bottom w:w="100" w:type="dxa"/>
              <w:right w:w="120" w:type="dxa"/>
            </w:tcMar>
          </w:tcPr>
          <w:p w14:paraId="3D93F322" w14:textId="77777777" w:rsidR="0085717D" w:rsidRDefault="0085717D"/>
        </w:tc>
        <w:tc>
          <w:tcPr>
            <w:tcW w:w="2448" w:type="dxa"/>
            <w:shd w:val="clear" w:color="auto" w:fill="F8F9FA"/>
            <w:tcMar>
              <w:top w:w="100" w:type="dxa"/>
              <w:left w:w="120" w:type="dxa"/>
              <w:bottom w:w="100" w:type="dxa"/>
              <w:right w:w="120" w:type="dxa"/>
            </w:tcMar>
          </w:tcPr>
          <w:p w14:paraId="6FE323C2" w14:textId="77777777" w:rsidR="0085717D" w:rsidRDefault="00000000">
            <w:r>
              <w:rPr>
                <w:b/>
              </w:rPr>
              <w:t>Teilnehmende Personen:</w:t>
            </w:r>
          </w:p>
        </w:tc>
        <w:tc>
          <w:tcPr>
            <w:tcW w:w="2362" w:type="dxa"/>
            <w:tcMar>
              <w:top w:w="100" w:type="dxa"/>
              <w:left w:w="120" w:type="dxa"/>
              <w:bottom w:w="100" w:type="dxa"/>
              <w:right w:w="120" w:type="dxa"/>
            </w:tcMar>
          </w:tcPr>
          <w:p w14:paraId="77DFC375" w14:textId="77777777" w:rsidR="0085717D" w:rsidRDefault="0085717D"/>
        </w:tc>
      </w:tr>
    </w:tbl>
    <w:p w14:paraId="4A6D07A4" w14:textId="77777777" w:rsidR="0085717D" w:rsidRDefault="00000000">
      <w:pPr>
        <w:spacing w:before="120" w:after="40"/>
      </w:pPr>
      <w:r>
        <w:rPr>
          <w:b/>
          <w:sz w:val="18"/>
        </w:rPr>
        <w:t>Wesentliche Gesprächsinhalte und getroffene Absprachen für die Zusammenarbeit:</w:t>
      </w:r>
    </w:p>
    <w:tbl>
      <w:tblPr>
        <w:tblW w:w="0" w:type="auto"/>
        <w:jc w:val="center"/>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Layout w:type="fixed"/>
        <w:tblLook w:val="04A0" w:firstRow="1" w:lastRow="0" w:firstColumn="1" w:lastColumn="0" w:noHBand="0" w:noVBand="1"/>
      </w:tblPr>
      <w:tblGrid>
        <w:gridCol w:w="9605"/>
      </w:tblGrid>
      <w:tr w:rsidR="0085717D" w14:paraId="65D99D0B" w14:textId="77777777">
        <w:trPr>
          <w:jc w:val="center"/>
        </w:trPr>
        <w:tc>
          <w:tcPr>
            <w:tcW w:w="9605" w:type="dxa"/>
            <w:shd w:val="clear" w:color="auto" w:fill="FAFAFA"/>
            <w:tcMar>
              <w:top w:w="100" w:type="dxa"/>
              <w:left w:w="120" w:type="dxa"/>
              <w:bottom w:w="100" w:type="dxa"/>
              <w:right w:w="120" w:type="dxa"/>
            </w:tcMar>
          </w:tcPr>
          <w:p w14:paraId="53CAFB0A" w14:textId="77777777" w:rsidR="0085717D" w:rsidRDefault="0085717D"/>
          <w:p w14:paraId="2D0D8E05" w14:textId="77777777" w:rsidR="0085717D" w:rsidRDefault="0085717D"/>
          <w:p w14:paraId="7C0E120E" w14:textId="77777777" w:rsidR="0085717D" w:rsidRDefault="0085717D"/>
          <w:p w14:paraId="42D7A4C9" w14:textId="77777777" w:rsidR="0085717D" w:rsidRDefault="0085717D"/>
        </w:tc>
      </w:tr>
    </w:tbl>
    <w:p w14:paraId="686A89A8" w14:textId="77777777" w:rsidR="0085717D" w:rsidRDefault="00000000">
      <w:pPr>
        <w:keepNext/>
        <w:spacing w:before="240" w:after="80"/>
      </w:pPr>
      <w:r>
        <w:rPr>
          <w:b/>
          <w:color w:val="2F5496"/>
          <w:sz w:val="22"/>
        </w:rPr>
        <w:t>3. Strukturelle Team-Konsequenzen &amp; Präventionsmaßnahmen</w:t>
      </w:r>
    </w:p>
    <w:p w14:paraId="5A2FE9FD" w14:textId="77777777" w:rsidR="0085717D" w:rsidRDefault="00000000">
      <w:pPr>
        <w:spacing w:before="40" w:after="80"/>
      </w:pPr>
      <w:r>
        <w:rPr>
          <w:sz w:val="19"/>
        </w:rPr>
        <w:t>Welche konkreten organisatorischen Absprachen wurden getroffen, um zukünftige Übergriffe (insbesondere zum Schutz neuer Fachkräfte, PraktikantInnen, Zeitarbeitskräfte oder Auszubildenden) auszuschließen?</w:t>
      </w:r>
    </w:p>
    <w:p w14:paraId="7B3087B1" w14:textId="77777777" w:rsidR="0085717D" w:rsidRDefault="00000000">
      <w:pPr>
        <w:spacing w:before="40" w:after="40"/>
        <w:ind w:left="288"/>
      </w:pPr>
      <w:r>
        <w:rPr>
          <w:b/>
        </w:rPr>
        <w:t xml:space="preserve">☐  </w:t>
      </w:r>
      <w:r>
        <w:rPr>
          <w:sz w:val="19"/>
        </w:rPr>
        <w:t>Engmaschigere Begleitung / Beobachtung des Kindes im Freispiel/Außengelände durch feste Bezugspersonen</w:t>
      </w:r>
    </w:p>
    <w:p w14:paraId="0FD28A03" w14:textId="77777777" w:rsidR="0085717D" w:rsidRDefault="00000000">
      <w:pPr>
        <w:spacing w:before="40" w:after="40"/>
        <w:ind w:left="288"/>
      </w:pPr>
      <w:r>
        <w:rPr>
          <w:b/>
        </w:rPr>
        <w:t xml:space="preserve">☐  </w:t>
      </w:r>
      <w:r>
        <w:rPr>
          <w:sz w:val="19"/>
        </w:rPr>
        <w:t>Anpassung der Dienstplangestaltung (Kein Alleineinsatz neuer/temporärer Kräfte in bekannten Risikokontexten)</w:t>
      </w:r>
    </w:p>
    <w:p w14:paraId="1B05608C" w14:textId="77777777" w:rsidR="0085717D" w:rsidRDefault="00000000">
      <w:pPr>
        <w:spacing w:before="40" w:after="40"/>
        <w:ind w:left="288"/>
      </w:pPr>
      <w:r>
        <w:rPr>
          <w:b/>
        </w:rPr>
        <w:t xml:space="preserve">☐  </w:t>
      </w:r>
      <w:r>
        <w:rPr>
          <w:sz w:val="19"/>
        </w:rPr>
        <w:t>Durchführung einer fachlichen kollegialen Beratung / Team-Reflexion am: _______________________</w:t>
      </w:r>
    </w:p>
    <w:p w14:paraId="38558AF7" w14:textId="77777777" w:rsidR="0085717D" w:rsidRDefault="00000000">
      <w:pPr>
        <w:spacing w:before="40" w:after="40"/>
        <w:ind w:left="288"/>
      </w:pPr>
      <w:r>
        <w:rPr>
          <w:b/>
        </w:rPr>
        <w:t xml:space="preserve">☐  </w:t>
      </w:r>
      <w:r>
        <w:rPr>
          <w:sz w:val="19"/>
        </w:rPr>
        <w:t>Beantragung externer Unterstützung (z. B. Supervision, Fachberatung oder Deeskalationsfortbildung)</w:t>
      </w:r>
    </w:p>
    <w:p w14:paraId="44C0F0BC" w14:textId="77777777" w:rsidR="0085717D" w:rsidRDefault="00000000">
      <w:pPr>
        <w:spacing w:before="40" w:after="40"/>
        <w:ind w:left="288"/>
      </w:pPr>
      <w:r>
        <w:rPr>
          <w:b/>
        </w:rPr>
        <w:t xml:space="preserve">☐  </w:t>
      </w:r>
      <w:r>
        <w:rPr>
          <w:sz w:val="19"/>
        </w:rPr>
        <w:t>Aktualisierung und Überprüfung des einrichtungsspezifischen Kinderschutzkonzepts im Team</w:t>
      </w:r>
    </w:p>
    <w:p w14:paraId="38E02F51" w14:textId="77777777" w:rsidR="0085717D" w:rsidRDefault="00000000">
      <w:pPr>
        <w:keepNext/>
        <w:spacing w:before="240" w:after="80"/>
      </w:pPr>
      <w:r>
        <w:rPr>
          <w:b/>
          <w:color w:val="2F5496"/>
          <w:sz w:val="22"/>
        </w:rPr>
        <w:t>4. Meldepflichten gemäß § 47 SGB VIII</w:t>
      </w:r>
    </w:p>
    <w:p w14:paraId="0B841A29" w14:textId="77777777" w:rsidR="0085717D" w:rsidRDefault="00000000">
      <w:pPr>
        <w:spacing w:before="40" w:after="80"/>
      </w:pPr>
      <w:r>
        <w:rPr>
          <w:sz w:val="19"/>
        </w:rPr>
        <w:t>Liegt ein meldepflichtiges Ereignis vor (z. B. schwerwiegende Vorkommnisse im 'No-Go'-Bereich des Verhaltenskodex oder Verdacht auf Kindeswohlgefährdung), das eine offizielle Meldung an das Landesjugendamt verlangt?</w:t>
      </w:r>
    </w:p>
    <w:p w14:paraId="65EC414D" w14:textId="77777777" w:rsidR="0085717D" w:rsidRDefault="00000000">
      <w:pPr>
        <w:spacing w:before="40" w:after="40"/>
        <w:ind w:left="288"/>
      </w:pPr>
      <w:r>
        <w:rPr>
          <w:sz w:val="19"/>
        </w:rPr>
        <w:t>☐  Nein</w:t>
      </w:r>
    </w:p>
    <w:p w14:paraId="33921FD5" w14:textId="77777777" w:rsidR="0085717D" w:rsidRDefault="00000000">
      <w:pPr>
        <w:spacing w:before="40" w:after="40"/>
        <w:ind w:left="288"/>
      </w:pPr>
      <w:r>
        <w:rPr>
          <w:b/>
        </w:rPr>
        <w:t xml:space="preserve">☐  Ja  </w:t>
      </w:r>
      <w:r>
        <w:rPr>
          <w:sz w:val="19"/>
        </w:rPr>
        <w:t>(Meldung an das Landesjugendamt erfolgt am: __________________ durch die Leitung/Träger)</w:t>
      </w:r>
    </w:p>
    <w:p w14:paraId="07DC07B2" w14:textId="77777777" w:rsidR="0085717D" w:rsidRDefault="00000000">
      <w:pPr>
        <w:keepNext/>
        <w:spacing w:before="320" w:after="120"/>
      </w:pPr>
      <w:r>
        <w:rPr>
          <w:b/>
          <w:color w:val="1B365D"/>
          <w:sz w:val="26"/>
        </w:rPr>
        <w:t>VII. Unterschriften</w:t>
      </w:r>
    </w:p>
    <w:p w14:paraId="1F1FFEEC" w14:textId="77777777" w:rsidR="0085717D" w:rsidRDefault="00000000">
      <w:pPr>
        <w:spacing w:before="40" w:after="240"/>
      </w:pPr>
      <w:r>
        <w:rPr>
          <w:i/>
        </w:rPr>
        <w:t>Mit ihren Unterschriften bestätigen alle Beteiligten die sachliche Richtigkeit der Angaben im vorliegenden Protokoll:</w:t>
      </w:r>
    </w:p>
    <w:tbl>
      <w:tblPr>
        <w:tblW w:w="0" w:type="auto"/>
        <w:jc w:val="center"/>
        <w:tblLayout w:type="fixed"/>
        <w:tblLook w:val="04A0" w:firstRow="1" w:lastRow="0" w:firstColumn="1" w:lastColumn="0" w:noHBand="0" w:noVBand="1"/>
      </w:tblPr>
      <w:tblGrid>
        <w:gridCol w:w="4752"/>
        <w:gridCol w:w="4752"/>
      </w:tblGrid>
      <w:tr w:rsidR="0085717D" w14:paraId="46DFA8D5" w14:textId="77777777">
        <w:trPr>
          <w:jc w:val="center"/>
        </w:trPr>
        <w:tc>
          <w:tcPr>
            <w:tcW w:w="4752" w:type="dxa"/>
            <w:tcMar>
              <w:top w:w="140" w:type="dxa"/>
              <w:left w:w="100" w:type="dxa"/>
              <w:bottom w:w="140" w:type="dxa"/>
              <w:right w:w="100" w:type="dxa"/>
            </w:tcMar>
          </w:tcPr>
          <w:p w14:paraId="2983739C" w14:textId="77777777" w:rsidR="0085717D" w:rsidRDefault="00000000">
            <w:pPr>
              <w:spacing w:before="480" w:after="0"/>
            </w:pPr>
            <w:r>
              <w:rPr>
                <w:b/>
              </w:rPr>
              <w:t>_________________________________________</w:t>
            </w:r>
            <w:r>
              <w:rPr>
                <w:b/>
              </w:rPr>
              <w:br/>
            </w:r>
            <w:r>
              <w:rPr>
                <w:sz w:val="17"/>
              </w:rPr>
              <w:t>Unterschrift der betroffenen Fachkraft</w:t>
            </w:r>
          </w:p>
        </w:tc>
        <w:tc>
          <w:tcPr>
            <w:tcW w:w="4752" w:type="dxa"/>
            <w:tcMar>
              <w:top w:w="140" w:type="dxa"/>
              <w:left w:w="100" w:type="dxa"/>
              <w:bottom w:w="140" w:type="dxa"/>
              <w:right w:w="100" w:type="dxa"/>
            </w:tcMar>
          </w:tcPr>
          <w:p w14:paraId="32F6F347" w14:textId="77777777" w:rsidR="0085717D" w:rsidRDefault="00000000">
            <w:pPr>
              <w:spacing w:before="480" w:after="0"/>
            </w:pPr>
            <w:r>
              <w:rPr>
                <w:b/>
              </w:rPr>
              <w:t>_________________________________________</w:t>
            </w:r>
            <w:r>
              <w:rPr>
                <w:b/>
              </w:rPr>
              <w:br/>
            </w:r>
            <w:r>
              <w:rPr>
                <w:sz w:val="17"/>
              </w:rPr>
              <w:t>Unterschrift der Protokollführung</w:t>
            </w:r>
          </w:p>
        </w:tc>
      </w:tr>
      <w:tr w:rsidR="0085717D" w14:paraId="6C186789" w14:textId="77777777">
        <w:trPr>
          <w:jc w:val="center"/>
        </w:trPr>
        <w:tc>
          <w:tcPr>
            <w:tcW w:w="4752" w:type="dxa"/>
            <w:tcMar>
              <w:top w:w="140" w:type="dxa"/>
              <w:left w:w="100" w:type="dxa"/>
              <w:bottom w:w="140" w:type="dxa"/>
              <w:right w:w="100" w:type="dxa"/>
            </w:tcMar>
          </w:tcPr>
          <w:p w14:paraId="0D5CDC82" w14:textId="77777777" w:rsidR="0085717D" w:rsidRDefault="00000000">
            <w:pPr>
              <w:spacing w:before="480" w:after="0"/>
            </w:pPr>
            <w:r>
              <w:rPr>
                <w:b/>
              </w:rPr>
              <w:t>_________________________________________</w:t>
            </w:r>
            <w:r>
              <w:rPr>
                <w:b/>
              </w:rPr>
              <w:br/>
            </w:r>
            <w:r>
              <w:rPr>
                <w:sz w:val="17"/>
              </w:rPr>
              <w:t>Unterschrift der Einrichtungsleitung</w:t>
            </w:r>
          </w:p>
        </w:tc>
        <w:tc>
          <w:tcPr>
            <w:tcW w:w="4752" w:type="dxa"/>
            <w:tcMar>
              <w:top w:w="140" w:type="dxa"/>
              <w:left w:w="100" w:type="dxa"/>
              <w:bottom w:w="140" w:type="dxa"/>
              <w:right w:w="100" w:type="dxa"/>
            </w:tcMar>
          </w:tcPr>
          <w:p w14:paraId="3E8414A2" w14:textId="77777777" w:rsidR="0085717D" w:rsidRDefault="00000000">
            <w:pPr>
              <w:spacing w:before="480" w:after="0"/>
            </w:pPr>
            <w:r>
              <w:rPr>
                <w:b/>
              </w:rPr>
              <w:t>_________________________________________</w:t>
            </w:r>
            <w:r>
              <w:rPr>
                <w:b/>
              </w:rPr>
              <w:br/>
            </w:r>
            <w:r>
              <w:rPr>
                <w:sz w:val="17"/>
              </w:rPr>
              <w:t>Unterschrift des Trägervertreters</w:t>
            </w:r>
          </w:p>
        </w:tc>
      </w:tr>
    </w:tbl>
    <w:p w14:paraId="7F48E70E" w14:textId="77777777" w:rsidR="0085717D" w:rsidRDefault="0085717D"/>
    <w:sectPr w:rsidR="0085717D" w:rsidSect="00941BC3">
      <w:pgSz w:w="11909" w:h="16834"/>
      <w:pgMar w:top="851"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802768209">
    <w:abstractNumId w:val="8"/>
  </w:num>
  <w:num w:numId="2" w16cid:durableId="525489672">
    <w:abstractNumId w:val="6"/>
  </w:num>
  <w:num w:numId="3" w16cid:durableId="69931276">
    <w:abstractNumId w:val="5"/>
  </w:num>
  <w:num w:numId="4" w16cid:durableId="1488354481">
    <w:abstractNumId w:val="4"/>
  </w:num>
  <w:num w:numId="5" w16cid:durableId="105852586">
    <w:abstractNumId w:val="7"/>
  </w:num>
  <w:num w:numId="6" w16cid:durableId="958729770">
    <w:abstractNumId w:val="3"/>
  </w:num>
  <w:num w:numId="7" w16cid:durableId="1149782224">
    <w:abstractNumId w:val="2"/>
  </w:num>
  <w:num w:numId="8" w16cid:durableId="1951474776">
    <w:abstractNumId w:val="1"/>
  </w:num>
  <w:num w:numId="9" w16cid:durableId="1152988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3B43"/>
    <w:rsid w:val="0015074B"/>
    <w:rsid w:val="0029639D"/>
    <w:rsid w:val="00326F90"/>
    <w:rsid w:val="00674682"/>
    <w:rsid w:val="0085717D"/>
    <w:rsid w:val="00941BC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E0B153"/>
  <w14:defaultImageDpi w14:val="300"/>
  <w15:docId w15:val="{42AB997F-66EF-4D85-AEB6-30AB244C6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color w:val="333333"/>
      <w:sz w:val="20"/>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5796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Mario Trietsch</cp:lastModifiedBy>
  <cp:revision>3</cp:revision>
  <dcterms:created xsi:type="dcterms:W3CDTF">2026-08-09T20:07:00Z</dcterms:created>
  <dcterms:modified xsi:type="dcterms:W3CDTF">2026-08-09T20:08:00Z</dcterms:modified>
  <cp:category/>
</cp:coreProperties>
</file>